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C05F7" w14:textId="124B35C5" w:rsidR="00B3476E" w:rsidRPr="00725E46" w:rsidRDefault="00A42901" w:rsidP="00E37188">
      <w:pPr>
        <w:pStyle w:val="Header"/>
        <w:jc w:val="center"/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</w:pPr>
      <w:r w:rsidRPr="00A42901">
        <w:rPr>
          <w:rFonts w:ascii="Arial" w:hAnsi="Arial" w:cs="Arial"/>
          <w:bCs/>
          <w:noProof/>
          <w:color w:val="1F497D" w:themeColor="text2"/>
          <w:sz w:val="28"/>
          <w:szCs w:val="28"/>
          <w:cs/>
          <w:lang w:bidi="hi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56472A" wp14:editId="641818F0">
                <wp:simplePos x="0" y="0"/>
                <wp:positionH relativeFrom="column">
                  <wp:posOffset>6454775</wp:posOffset>
                </wp:positionH>
                <wp:positionV relativeFrom="paragraph">
                  <wp:posOffset>-212725</wp:posOffset>
                </wp:positionV>
                <wp:extent cx="1057275" cy="295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B8038" w14:textId="3AC23358" w:rsidR="00A42901" w:rsidRPr="00A42901" w:rsidRDefault="00A4290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42901">
                              <w:rPr>
                                <w:b/>
                                <w:bCs/>
                              </w:rPr>
                              <w:t>HCU-F</w:t>
                            </w:r>
                            <w:r w:rsidR="008C10EA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647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8.25pt;margin-top:-16.75pt;width:83.2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" strokecolor="white [3212]">
                <v:textbox>
                  <w:txbxContent>
                    <w:p w14:paraId="10CB8038" w14:textId="3AC23358" w:rsidR="00A42901" w:rsidRPr="00A42901" w:rsidRDefault="00A42901">
                      <w:pPr>
                        <w:rPr>
                          <w:b/>
                          <w:bCs/>
                        </w:rPr>
                      </w:pPr>
                      <w:r w:rsidRPr="00A42901">
                        <w:rPr>
                          <w:b/>
                          <w:bCs/>
                        </w:rPr>
                        <w:t>HCU-F</w:t>
                      </w:r>
                      <w:r w:rsidR="008C10EA"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7BEF"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  <w:t xml:space="preserve">             </w:t>
      </w:r>
      <w:r w:rsidR="00E37188"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  <w:t xml:space="preserve">  </w:t>
      </w:r>
      <w:r w:rsidR="00B3476E" w:rsidRPr="00725E46"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  <w:t>Hostel Coordination Unit (HCU)</w:t>
      </w:r>
      <w:r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  <w:t xml:space="preserve">              </w:t>
      </w:r>
    </w:p>
    <w:p w14:paraId="3A3D98C4" w14:textId="4EE554E9" w:rsidR="00B3476E" w:rsidRPr="00725E46" w:rsidRDefault="00B3476E" w:rsidP="00B3476E">
      <w:pPr>
        <w:pStyle w:val="Header"/>
        <w:jc w:val="center"/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</w:pPr>
      <w:r w:rsidRPr="00725E46"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  <w:t>भारतीय प्रौद्योगिकी संस्थान इंदौर</w:t>
      </w:r>
    </w:p>
    <w:p w14:paraId="681A6E58" w14:textId="77777777" w:rsidR="00B3476E" w:rsidRPr="00725E46" w:rsidRDefault="00B3476E" w:rsidP="00B3476E">
      <w:pPr>
        <w:pStyle w:val="Header"/>
        <w:jc w:val="center"/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</w:pPr>
      <w:r w:rsidRPr="00725E46"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  <w:t>खंडवा रोड, सिमरोल, इंदौर – 453552, भारत</w:t>
      </w:r>
    </w:p>
    <w:p w14:paraId="59080953" w14:textId="77777777" w:rsidR="00B3476E" w:rsidRPr="00725E46" w:rsidRDefault="00B3476E" w:rsidP="00B3476E">
      <w:pPr>
        <w:pStyle w:val="Header"/>
        <w:jc w:val="center"/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</w:pPr>
      <w:r w:rsidRPr="00725E46"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  <w:t>Indian Institute of Technology Indore</w:t>
      </w:r>
    </w:p>
    <w:p w14:paraId="39C3FA85" w14:textId="5C8BDB5E" w:rsidR="00955194" w:rsidRDefault="00041936" w:rsidP="00955194">
      <w:pPr>
        <w:pStyle w:val="Header"/>
        <w:jc w:val="center"/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</w:pPr>
      <w:r>
        <w:rPr>
          <w:rFonts w:ascii="Arial" w:hAnsi="Arial" w:cs="Arial"/>
          <w:bCs/>
          <w:noProof/>
          <w:color w:val="1F497D" w:themeColor="text2"/>
          <w:sz w:val="28"/>
          <w:szCs w:val="28"/>
          <w:lang w:val="hi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3C28E" wp14:editId="00148BDC">
                <wp:simplePos x="0" y="0"/>
                <wp:positionH relativeFrom="column">
                  <wp:posOffset>-250825</wp:posOffset>
                </wp:positionH>
                <wp:positionV relativeFrom="paragraph">
                  <wp:posOffset>229235</wp:posOffset>
                </wp:positionV>
                <wp:extent cx="7581900" cy="9525"/>
                <wp:effectExtent l="0" t="0" r="19050" b="28575"/>
                <wp:wrapNone/>
                <wp:docPr id="15477142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8190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90012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75pt,18.05pt" to="577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" strokecolor="black [3040]"/>
            </w:pict>
          </mc:Fallback>
        </mc:AlternateContent>
      </w:r>
      <w:r w:rsidR="00B3476E" w:rsidRPr="00725E46">
        <w:rPr>
          <w:rFonts w:ascii="Arial" w:hAnsi="Arial" w:cs="Arial"/>
          <w:bCs/>
          <w:color w:val="1F497D" w:themeColor="text2"/>
          <w:sz w:val="28"/>
          <w:szCs w:val="28"/>
          <w:cs/>
          <w:lang w:bidi="hi-IN"/>
        </w:rPr>
        <w:t>Khandwa Road, Simrol, Indore – 453552, India</w:t>
      </w:r>
    </w:p>
    <w:p w14:paraId="0782D284" w14:textId="43C44B5C" w:rsidR="00725E46" w:rsidRDefault="00B3476E" w:rsidP="00955194">
      <w:pPr>
        <w:pStyle w:val="Header"/>
        <w:jc w:val="center"/>
        <w:rPr>
          <w:b/>
        </w:rPr>
      </w:pPr>
      <w:r>
        <w:rPr>
          <w:rFonts w:ascii="Arial" w:hAnsi="Arial" w:cs="Arial"/>
          <w:bCs/>
          <w:sz w:val="28"/>
          <w:szCs w:val="28"/>
          <w:cs/>
          <w:lang w:bidi="hi-IN"/>
        </w:rPr>
        <w:br/>
      </w:r>
      <w:r>
        <w:rPr>
          <w:b/>
        </w:rPr>
        <w:t>ACCOMMODATION / MESS REFUND REQUEST FORM FOR NON-REGISTERED STUDENTS</w:t>
      </w:r>
    </w:p>
    <w:p w14:paraId="1CC333A5" w14:textId="77777777" w:rsidR="00955194" w:rsidRPr="005A7153" w:rsidRDefault="00955194" w:rsidP="00955194">
      <w:pPr>
        <w:pStyle w:val="Header"/>
        <w:jc w:val="center"/>
        <w:rPr>
          <w:rFonts w:ascii="Arial" w:hAnsi="Arial" w:cs="Arial"/>
          <w:bCs/>
          <w:color w:val="1F497D" w:themeColor="text2"/>
          <w:sz w:val="28"/>
          <w:szCs w:val="28"/>
          <w:lang w:bidi="hi-I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2"/>
        <w:gridCol w:w="3591"/>
        <w:gridCol w:w="6693"/>
      </w:tblGrid>
      <w:tr w:rsidR="002C69B2" w14:paraId="6B4A9923" w14:textId="77777777" w:rsidTr="000816E1">
        <w:trPr>
          <w:trHeight w:val="409"/>
          <w:jc w:val="center"/>
        </w:trPr>
        <w:tc>
          <w:tcPr>
            <w:tcW w:w="505" w:type="dxa"/>
          </w:tcPr>
          <w:p w14:paraId="605B5778" w14:textId="13DD704B" w:rsidR="002C69B2" w:rsidRDefault="002C69B2" w:rsidP="002C69B2">
            <w:pPr>
              <w:jc w:val="both"/>
            </w:pPr>
            <w:r>
              <w:t>1.</w:t>
            </w:r>
          </w:p>
        </w:tc>
        <w:tc>
          <w:tcPr>
            <w:tcW w:w="3856" w:type="dxa"/>
            <w:vAlign w:val="center"/>
          </w:tcPr>
          <w:p w14:paraId="04918CFA" w14:textId="196EADCF" w:rsidR="002C69B2" w:rsidRDefault="002C69B2" w:rsidP="002C69B2">
            <w:pPr>
              <w:jc w:val="both"/>
            </w:pPr>
            <w:r>
              <w:t>Name of the Applicant</w:t>
            </w:r>
          </w:p>
        </w:tc>
        <w:tc>
          <w:tcPr>
            <w:tcW w:w="6975" w:type="dxa"/>
          </w:tcPr>
          <w:p w14:paraId="5ED9F9A2" w14:textId="77777777" w:rsidR="002C69B2" w:rsidRDefault="002C69B2"/>
        </w:tc>
      </w:tr>
      <w:tr w:rsidR="002C69B2" w14:paraId="782DD962" w14:textId="77777777" w:rsidTr="000816E1">
        <w:trPr>
          <w:trHeight w:val="1057"/>
          <w:jc w:val="center"/>
        </w:trPr>
        <w:tc>
          <w:tcPr>
            <w:tcW w:w="505" w:type="dxa"/>
          </w:tcPr>
          <w:p w14:paraId="5916F027" w14:textId="77777777" w:rsidR="002C69B2" w:rsidRDefault="002C69B2" w:rsidP="002C69B2">
            <w:pPr>
              <w:jc w:val="both"/>
            </w:pPr>
          </w:p>
          <w:p w14:paraId="2B19E585" w14:textId="77777777" w:rsidR="002C69B2" w:rsidRDefault="002C69B2" w:rsidP="002C69B2">
            <w:pPr>
              <w:jc w:val="both"/>
            </w:pPr>
          </w:p>
          <w:p w14:paraId="09935BFB" w14:textId="6007ECF2" w:rsidR="002C69B2" w:rsidRDefault="002C69B2" w:rsidP="002C69B2">
            <w:pPr>
              <w:jc w:val="both"/>
            </w:pPr>
            <w:r>
              <w:t>2.</w:t>
            </w:r>
          </w:p>
        </w:tc>
        <w:tc>
          <w:tcPr>
            <w:tcW w:w="3856" w:type="dxa"/>
            <w:vAlign w:val="center"/>
          </w:tcPr>
          <w:p w14:paraId="27E1B307" w14:textId="460E91FA" w:rsidR="002C69B2" w:rsidRDefault="002C69B2" w:rsidP="002C69B2">
            <w:pPr>
              <w:jc w:val="both"/>
            </w:pPr>
            <w:r>
              <w:t>Purpose of Refund</w:t>
            </w:r>
          </w:p>
        </w:tc>
        <w:tc>
          <w:tcPr>
            <w:tcW w:w="6975" w:type="dxa"/>
          </w:tcPr>
          <w:p w14:paraId="71B3DA3D" w14:textId="77777777" w:rsidR="002C69B2" w:rsidRDefault="002C69B2"/>
          <w:p w14:paraId="4FEC285A" w14:textId="77777777" w:rsidR="00072756" w:rsidRDefault="002C69B2">
            <w:r>
              <w:t xml:space="preserve">☐ Excess Payment   ☐ Double Payment   ☐ Booking Cancelled </w:t>
            </w:r>
          </w:p>
          <w:p w14:paraId="189DC8D2" w14:textId="30438E1A" w:rsidR="002C69B2" w:rsidRDefault="002C69B2">
            <w:r>
              <w:t>☐ Other: __________</w:t>
            </w:r>
            <w:r w:rsidR="00072756">
              <w:t xml:space="preserve">   </w:t>
            </w:r>
            <w:r>
              <w:t>Remarks: __________________________</w:t>
            </w:r>
          </w:p>
        </w:tc>
      </w:tr>
      <w:tr w:rsidR="002C69B2" w14:paraId="2E6DDD82" w14:textId="77777777" w:rsidTr="000816E1">
        <w:trPr>
          <w:trHeight w:val="606"/>
          <w:jc w:val="center"/>
        </w:trPr>
        <w:tc>
          <w:tcPr>
            <w:tcW w:w="505" w:type="dxa"/>
          </w:tcPr>
          <w:p w14:paraId="18A4ED71" w14:textId="77777777" w:rsidR="002C69B2" w:rsidRDefault="002C69B2" w:rsidP="002C69B2">
            <w:pPr>
              <w:jc w:val="both"/>
            </w:pPr>
          </w:p>
          <w:p w14:paraId="2A119257" w14:textId="1B86DE7C" w:rsidR="002C69B2" w:rsidRDefault="002C69B2" w:rsidP="002C69B2">
            <w:pPr>
              <w:jc w:val="both"/>
            </w:pPr>
            <w:r>
              <w:t>3.</w:t>
            </w:r>
          </w:p>
        </w:tc>
        <w:tc>
          <w:tcPr>
            <w:tcW w:w="3856" w:type="dxa"/>
            <w:vAlign w:val="center"/>
          </w:tcPr>
          <w:p w14:paraId="4E366FDF" w14:textId="77777777" w:rsidR="002C69B2" w:rsidRDefault="002C69B2" w:rsidP="002C69B2">
            <w:pPr>
              <w:jc w:val="both"/>
            </w:pPr>
          </w:p>
          <w:p w14:paraId="3C535806" w14:textId="77777777" w:rsidR="002611DD" w:rsidRDefault="002C69B2" w:rsidP="002611DD">
            <w:r>
              <w:t>Hostel &amp; Duration of Stay</w:t>
            </w:r>
          </w:p>
          <w:p w14:paraId="11F96E2E" w14:textId="6855BD7D" w:rsidR="002C69B2" w:rsidRDefault="002C69B2" w:rsidP="002611DD">
            <w:r>
              <w:t xml:space="preserve"> (if applicable)</w:t>
            </w:r>
          </w:p>
        </w:tc>
        <w:tc>
          <w:tcPr>
            <w:tcW w:w="6975" w:type="dxa"/>
          </w:tcPr>
          <w:p w14:paraId="6E9E67E7" w14:textId="77777777" w:rsidR="002C69B2" w:rsidRDefault="002C69B2"/>
          <w:p w14:paraId="29048BA4" w14:textId="330F578C" w:rsidR="002C69B2" w:rsidRDefault="002C69B2">
            <w:r>
              <w:t>Hostel: ____________    Duration: ____________</w:t>
            </w:r>
          </w:p>
        </w:tc>
      </w:tr>
      <w:tr w:rsidR="002C69B2" w14:paraId="6EE51956" w14:textId="77777777" w:rsidTr="000816E1">
        <w:trPr>
          <w:trHeight w:val="1776"/>
          <w:jc w:val="center"/>
        </w:trPr>
        <w:tc>
          <w:tcPr>
            <w:tcW w:w="505" w:type="dxa"/>
          </w:tcPr>
          <w:p w14:paraId="0381D604" w14:textId="77777777" w:rsidR="002C69B2" w:rsidRDefault="002C69B2" w:rsidP="002C69B2">
            <w:pPr>
              <w:jc w:val="both"/>
            </w:pPr>
          </w:p>
          <w:p w14:paraId="2D5BE839" w14:textId="77777777" w:rsidR="002C69B2" w:rsidRDefault="002C69B2" w:rsidP="002C69B2">
            <w:pPr>
              <w:jc w:val="both"/>
            </w:pPr>
          </w:p>
          <w:p w14:paraId="2A8CF26F" w14:textId="77777777" w:rsidR="002C69B2" w:rsidRDefault="002C69B2" w:rsidP="002C69B2">
            <w:pPr>
              <w:jc w:val="both"/>
            </w:pPr>
          </w:p>
          <w:p w14:paraId="397C83B5" w14:textId="7C3D5E38" w:rsidR="002C69B2" w:rsidRDefault="002C69B2" w:rsidP="002C69B2">
            <w:pPr>
              <w:jc w:val="both"/>
            </w:pPr>
            <w:r>
              <w:t>4.</w:t>
            </w:r>
          </w:p>
        </w:tc>
        <w:tc>
          <w:tcPr>
            <w:tcW w:w="3856" w:type="dxa"/>
            <w:vAlign w:val="center"/>
          </w:tcPr>
          <w:p w14:paraId="47D79047" w14:textId="2011F33F" w:rsidR="002C69B2" w:rsidRDefault="002C69B2" w:rsidP="002C69B2">
            <w:pPr>
              <w:jc w:val="both"/>
            </w:pPr>
            <w:r>
              <w:t>Transaction Details</w:t>
            </w:r>
          </w:p>
        </w:tc>
        <w:tc>
          <w:tcPr>
            <w:tcW w:w="6975" w:type="dxa"/>
          </w:tcPr>
          <w:p w14:paraId="31A362F0" w14:textId="77777777" w:rsidR="002C69B2" w:rsidRDefault="002C69B2"/>
          <w:p w14:paraId="33C6DBA5" w14:textId="3F921294" w:rsidR="002C69B2" w:rsidRDefault="002C69B2">
            <w:r>
              <w:t>Total Amount Paid: ₹________</w:t>
            </w:r>
            <w:r>
              <w:br/>
              <w:t xml:space="preserve">Date of Payment: </w:t>
            </w:r>
            <w:r w:rsidR="000761B2">
              <w:t>____ _____ _______</w:t>
            </w:r>
            <w:r>
              <w:br/>
              <w:t>UTR(s): ________________________________</w:t>
            </w:r>
            <w:r w:rsidR="000761B2">
              <w:t xml:space="preserve">  </w:t>
            </w:r>
            <w:r>
              <w:t>________________________________</w:t>
            </w:r>
            <w:r>
              <w:br/>
            </w:r>
            <w:r w:rsidRPr="000E6EF3">
              <w:rPr>
                <w:b/>
                <w:bCs/>
              </w:rPr>
              <w:t>Amount Claimed for Refund: ₹_________________</w:t>
            </w:r>
            <w:r>
              <w:br/>
              <w:t xml:space="preserve">*Attach payment receipt(s) </w:t>
            </w:r>
          </w:p>
        </w:tc>
      </w:tr>
      <w:tr w:rsidR="002C69B2" w14:paraId="6F1BAFF5" w14:textId="77777777" w:rsidTr="000816E1">
        <w:trPr>
          <w:trHeight w:val="1452"/>
          <w:jc w:val="center"/>
        </w:trPr>
        <w:tc>
          <w:tcPr>
            <w:tcW w:w="505" w:type="dxa"/>
          </w:tcPr>
          <w:p w14:paraId="291950FE" w14:textId="77777777" w:rsidR="002C69B2" w:rsidRDefault="002C69B2" w:rsidP="002C69B2">
            <w:pPr>
              <w:jc w:val="both"/>
            </w:pPr>
          </w:p>
          <w:p w14:paraId="2F618609" w14:textId="77777777" w:rsidR="002C69B2" w:rsidRDefault="002C69B2" w:rsidP="002C69B2">
            <w:pPr>
              <w:jc w:val="both"/>
            </w:pPr>
          </w:p>
          <w:p w14:paraId="3418E8E4" w14:textId="4B5FE6F4" w:rsidR="002C69B2" w:rsidRDefault="002C69B2" w:rsidP="002C69B2">
            <w:pPr>
              <w:jc w:val="both"/>
            </w:pPr>
            <w:r>
              <w:t>5.</w:t>
            </w:r>
          </w:p>
        </w:tc>
        <w:tc>
          <w:tcPr>
            <w:tcW w:w="3856" w:type="dxa"/>
            <w:vAlign w:val="center"/>
          </w:tcPr>
          <w:p w14:paraId="6609F49F" w14:textId="333C0CBE" w:rsidR="002C69B2" w:rsidRDefault="002C69B2" w:rsidP="002C69B2">
            <w:pPr>
              <w:jc w:val="both"/>
            </w:pPr>
            <w:r>
              <w:t>Bank Details for Refund</w:t>
            </w:r>
          </w:p>
        </w:tc>
        <w:tc>
          <w:tcPr>
            <w:tcW w:w="6975" w:type="dxa"/>
          </w:tcPr>
          <w:p w14:paraId="0AE982DC" w14:textId="77777777" w:rsidR="002C69B2" w:rsidRDefault="002C69B2"/>
          <w:p w14:paraId="26FA65AF" w14:textId="418F4243" w:rsidR="002C69B2" w:rsidRDefault="002C69B2">
            <w:r>
              <w:t>Account Holder Name: _____________________________________________</w:t>
            </w:r>
            <w:r>
              <w:br/>
              <w:t>Bank Account No.: __________________________________________________</w:t>
            </w:r>
            <w:r>
              <w:br/>
              <w:t>IFSC Code: ___ ___ ___ ___ ___ ___ ___ ___ ___ ___ ___</w:t>
            </w:r>
            <w:r>
              <w:br/>
              <w:t>PAN No.: ___ ___ ___ ___ ___ ___ ___ ___ ___ ___</w:t>
            </w:r>
          </w:p>
        </w:tc>
      </w:tr>
      <w:tr w:rsidR="002C69B2" w14:paraId="0A2A3A31" w14:textId="77777777" w:rsidTr="000816E1">
        <w:trPr>
          <w:trHeight w:val="624"/>
          <w:jc w:val="center"/>
        </w:trPr>
        <w:tc>
          <w:tcPr>
            <w:tcW w:w="505" w:type="dxa"/>
          </w:tcPr>
          <w:p w14:paraId="66A63B54" w14:textId="77777777" w:rsidR="002C69B2" w:rsidRDefault="002C69B2" w:rsidP="002C69B2">
            <w:pPr>
              <w:jc w:val="both"/>
            </w:pPr>
          </w:p>
          <w:p w14:paraId="589D8E4F" w14:textId="123EF0F7" w:rsidR="002C69B2" w:rsidRDefault="002C69B2" w:rsidP="002C69B2">
            <w:pPr>
              <w:jc w:val="both"/>
            </w:pPr>
            <w:r>
              <w:t>6.</w:t>
            </w:r>
          </w:p>
        </w:tc>
        <w:tc>
          <w:tcPr>
            <w:tcW w:w="3856" w:type="dxa"/>
            <w:vAlign w:val="center"/>
          </w:tcPr>
          <w:p w14:paraId="143A2B7D" w14:textId="62FE4E44" w:rsidR="002C69B2" w:rsidRDefault="002C69B2" w:rsidP="002C69B2">
            <w:pPr>
              <w:jc w:val="both"/>
            </w:pPr>
            <w:r>
              <w:t>Contact Details</w:t>
            </w:r>
          </w:p>
        </w:tc>
        <w:tc>
          <w:tcPr>
            <w:tcW w:w="6975" w:type="dxa"/>
          </w:tcPr>
          <w:p w14:paraId="7B2A8BEC" w14:textId="77777777" w:rsidR="002C69B2" w:rsidRDefault="002C69B2"/>
          <w:p w14:paraId="16A31A07" w14:textId="1DE9CA77" w:rsidR="002C69B2" w:rsidRDefault="002C69B2">
            <w:r>
              <w:t>Mobile: __________________</w:t>
            </w:r>
            <w:r w:rsidR="00856DA6">
              <w:t xml:space="preserve">         Email: ________________________________</w:t>
            </w:r>
            <w:r w:rsidR="0045302E">
              <w:t>___</w:t>
            </w:r>
          </w:p>
        </w:tc>
      </w:tr>
      <w:tr w:rsidR="002C69B2" w14:paraId="5DB143CC" w14:textId="77777777" w:rsidTr="000816E1">
        <w:trPr>
          <w:trHeight w:val="558"/>
          <w:jc w:val="center"/>
        </w:trPr>
        <w:tc>
          <w:tcPr>
            <w:tcW w:w="505" w:type="dxa"/>
          </w:tcPr>
          <w:p w14:paraId="772B1220" w14:textId="1D0947DE" w:rsidR="002C69B2" w:rsidRDefault="002C69B2" w:rsidP="002611DD">
            <w:pPr>
              <w:jc w:val="both"/>
            </w:pPr>
            <w:r>
              <w:t>7.</w:t>
            </w:r>
          </w:p>
        </w:tc>
        <w:tc>
          <w:tcPr>
            <w:tcW w:w="3856" w:type="dxa"/>
            <w:vAlign w:val="center"/>
          </w:tcPr>
          <w:p w14:paraId="11070D65" w14:textId="510D7CCA" w:rsidR="002C69B2" w:rsidRDefault="002C69B2" w:rsidP="002C69B2">
            <w:pPr>
              <w:jc w:val="both"/>
            </w:pPr>
            <w:r>
              <w:t>Applicant Signature</w:t>
            </w:r>
          </w:p>
        </w:tc>
        <w:tc>
          <w:tcPr>
            <w:tcW w:w="6975" w:type="dxa"/>
          </w:tcPr>
          <w:p w14:paraId="6E388A46" w14:textId="77777777" w:rsidR="002C69B2" w:rsidRDefault="002C69B2" w:rsidP="002C69B2"/>
          <w:p w14:paraId="569999E1" w14:textId="61B15C3C" w:rsidR="002C69B2" w:rsidRDefault="002C69B2" w:rsidP="002C69B2">
            <w:r>
              <w:t xml:space="preserve">Signature: ____________     Date: </w:t>
            </w:r>
            <w:r w:rsidR="000816E1">
              <w:t>____ _____ _______</w:t>
            </w:r>
          </w:p>
        </w:tc>
      </w:tr>
      <w:tr w:rsidR="00A713B5" w14:paraId="5304CBA5" w14:textId="77777777" w:rsidTr="000816E1">
        <w:trPr>
          <w:trHeight w:val="694"/>
          <w:jc w:val="center"/>
        </w:trPr>
        <w:tc>
          <w:tcPr>
            <w:tcW w:w="505" w:type="dxa"/>
            <w:vMerge w:val="restart"/>
          </w:tcPr>
          <w:p w14:paraId="0004D0E6" w14:textId="77777777" w:rsidR="00A713B5" w:rsidRDefault="00A713B5" w:rsidP="002C69B2">
            <w:pPr>
              <w:jc w:val="both"/>
            </w:pPr>
          </w:p>
          <w:p w14:paraId="3B5785B0" w14:textId="77777777" w:rsidR="00A713B5" w:rsidRDefault="00A713B5" w:rsidP="002C69B2">
            <w:pPr>
              <w:jc w:val="both"/>
            </w:pPr>
          </w:p>
          <w:p w14:paraId="37450E72" w14:textId="77777777" w:rsidR="00A713B5" w:rsidRDefault="00A713B5" w:rsidP="002C69B2">
            <w:pPr>
              <w:jc w:val="both"/>
            </w:pPr>
          </w:p>
          <w:p w14:paraId="36C25A06" w14:textId="77777777" w:rsidR="00A713B5" w:rsidRDefault="00A713B5" w:rsidP="002C69B2">
            <w:pPr>
              <w:jc w:val="both"/>
            </w:pPr>
          </w:p>
          <w:p w14:paraId="16F3A565" w14:textId="77777777" w:rsidR="00A713B5" w:rsidRDefault="00A713B5" w:rsidP="002C69B2">
            <w:pPr>
              <w:jc w:val="both"/>
            </w:pPr>
          </w:p>
          <w:p w14:paraId="1EE9B2F3" w14:textId="77777777" w:rsidR="002611DD" w:rsidRDefault="002611DD" w:rsidP="002611DD">
            <w:pPr>
              <w:spacing w:line="360" w:lineRule="auto"/>
            </w:pPr>
          </w:p>
          <w:p w14:paraId="4CEBAF0B" w14:textId="0682E667" w:rsidR="00A713B5" w:rsidRDefault="00A713B5" w:rsidP="002611DD">
            <w:pPr>
              <w:spacing w:line="360" w:lineRule="auto"/>
            </w:pPr>
            <w:r>
              <w:t>8.</w:t>
            </w:r>
          </w:p>
          <w:p w14:paraId="08A7068D" w14:textId="77777777" w:rsidR="00A713B5" w:rsidRDefault="00A713B5" w:rsidP="002C69B2">
            <w:pPr>
              <w:jc w:val="both"/>
            </w:pPr>
          </w:p>
          <w:p w14:paraId="5FE077C3" w14:textId="43478A6F" w:rsidR="00A713B5" w:rsidRDefault="00A713B5" w:rsidP="002C69B2">
            <w:pPr>
              <w:jc w:val="both"/>
            </w:pPr>
          </w:p>
        </w:tc>
        <w:tc>
          <w:tcPr>
            <w:tcW w:w="3856" w:type="dxa"/>
            <w:vMerge w:val="restart"/>
            <w:vAlign w:val="center"/>
          </w:tcPr>
          <w:p w14:paraId="0E96B723" w14:textId="77777777" w:rsidR="00A713B5" w:rsidRDefault="00A713B5" w:rsidP="002611DD">
            <w:pPr>
              <w:spacing w:line="360" w:lineRule="auto"/>
              <w:jc w:val="both"/>
            </w:pPr>
            <w:r>
              <w:t>For Office Use</w:t>
            </w:r>
          </w:p>
          <w:p w14:paraId="46FC713D" w14:textId="77777777" w:rsidR="00A713B5" w:rsidRDefault="00A713B5" w:rsidP="00A713B5">
            <w:pPr>
              <w:jc w:val="right"/>
            </w:pPr>
          </w:p>
          <w:p w14:paraId="40136647" w14:textId="77777777" w:rsidR="00A713B5" w:rsidRDefault="00A713B5" w:rsidP="00A713B5">
            <w:pPr>
              <w:jc w:val="right"/>
            </w:pPr>
          </w:p>
          <w:p w14:paraId="7482DAFF" w14:textId="6F8AE3CE" w:rsidR="00A713B5" w:rsidRDefault="00A713B5" w:rsidP="00A713B5">
            <w:pPr>
              <w:jc w:val="right"/>
            </w:pPr>
          </w:p>
        </w:tc>
        <w:tc>
          <w:tcPr>
            <w:tcW w:w="6975" w:type="dxa"/>
          </w:tcPr>
          <w:p w14:paraId="2B15052C" w14:textId="77777777" w:rsidR="00A713B5" w:rsidRDefault="00A713B5" w:rsidP="002C69B2"/>
          <w:p w14:paraId="5B186C6F" w14:textId="519549DD" w:rsidR="00A713B5" w:rsidRDefault="00856DA6" w:rsidP="00856DA6">
            <w:r>
              <w:t xml:space="preserve">                            </w:t>
            </w:r>
            <w:r w:rsidR="00A713B5">
              <w:t>Signature: Hostel Office/Coordinator ____________</w:t>
            </w:r>
            <w:r w:rsidR="0045302E">
              <w:t>____</w:t>
            </w:r>
            <w:r w:rsidR="00A713B5">
              <w:t xml:space="preserve">     </w:t>
            </w:r>
          </w:p>
        </w:tc>
      </w:tr>
      <w:tr w:rsidR="00A713B5" w14:paraId="41451937" w14:textId="77777777" w:rsidTr="000816E1">
        <w:trPr>
          <w:trHeight w:val="1878"/>
          <w:jc w:val="center"/>
        </w:trPr>
        <w:tc>
          <w:tcPr>
            <w:tcW w:w="505" w:type="dxa"/>
            <w:vMerge/>
          </w:tcPr>
          <w:p w14:paraId="012DF2A3" w14:textId="2A969998" w:rsidR="00A713B5" w:rsidRDefault="00A713B5" w:rsidP="002C69B2">
            <w:pPr>
              <w:jc w:val="both"/>
            </w:pPr>
          </w:p>
        </w:tc>
        <w:tc>
          <w:tcPr>
            <w:tcW w:w="3856" w:type="dxa"/>
            <w:vMerge/>
            <w:vAlign w:val="center"/>
          </w:tcPr>
          <w:p w14:paraId="7A05534D" w14:textId="6E55E04D" w:rsidR="00A713B5" w:rsidRDefault="00A713B5" w:rsidP="00A713B5">
            <w:pPr>
              <w:jc w:val="right"/>
            </w:pPr>
          </w:p>
        </w:tc>
        <w:tc>
          <w:tcPr>
            <w:tcW w:w="6975" w:type="dxa"/>
          </w:tcPr>
          <w:p w14:paraId="55DC9694" w14:textId="77777777" w:rsidR="00A713B5" w:rsidRDefault="00A713B5" w:rsidP="002C69B2"/>
          <w:p w14:paraId="1C1E2684" w14:textId="24929267" w:rsidR="00A713B5" w:rsidRDefault="00A713B5" w:rsidP="002C69B2">
            <w:r>
              <w:t>Total Paid: ₹_______________</w:t>
            </w:r>
            <w:r>
              <w:br/>
              <w:t>Claimed: ₹________________</w:t>
            </w:r>
            <w:r>
              <w:br/>
              <w:t>(</w:t>
            </w:r>
            <w:r w:rsidR="0045302E">
              <w:t>-) Disallowed</w:t>
            </w:r>
            <w:r>
              <w:t>/(+)Added: ₹_____________</w:t>
            </w:r>
            <w:r>
              <w:br/>
            </w:r>
            <w:r w:rsidRPr="00A713B5">
              <w:rPr>
                <w:b/>
                <w:bCs/>
              </w:rPr>
              <w:t>Verified Refund Amount: ₹____________</w:t>
            </w:r>
            <w:r>
              <w:br/>
            </w:r>
          </w:p>
          <w:p w14:paraId="3959B36C" w14:textId="6AF6DA3F" w:rsidR="00A713B5" w:rsidRDefault="0045302E" w:rsidP="00A713B5">
            <w:pPr>
              <w:jc w:val="right"/>
            </w:pPr>
            <w:r>
              <w:t>Signature:</w:t>
            </w:r>
            <w:r w:rsidR="00A713B5">
              <w:t xml:space="preserve"> Hostel Accounts ___________</w:t>
            </w:r>
          </w:p>
        </w:tc>
      </w:tr>
      <w:tr w:rsidR="00A713B5" w14:paraId="25A75554" w14:textId="77777777" w:rsidTr="000816E1">
        <w:tblPrEx>
          <w:jc w:val="left"/>
        </w:tblPrEx>
        <w:trPr>
          <w:trHeight w:val="1009"/>
        </w:trPr>
        <w:tc>
          <w:tcPr>
            <w:tcW w:w="505" w:type="dxa"/>
            <w:vMerge/>
          </w:tcPr>
          <w:p w14:paraId="17D3EA64" w14:textId="6E8F2AD1" w:rsidR="00A713B5" w:rsidRDefault="00A713B5" w:rsidP="00E72FDA">
            <w:pPr>
              <w:jc w:val="both"/>
            </w:pPr>
          </w:p>
        </w:tc>
        <w:tc>
          <w:tcPr>
            <w:tcW w:w="3856" w:type="dxa"/>
            <w:vMerge/>
          </w:tcPr>
          <w:p w14:paraId="40AAD66A" w14:textId="77777777" w:rsidR="00A713B5" w:rsidRDefault="00A713B5" w:rsidP="00A713B5">
            <w:pPr>
              <w:jc w:val="right"/>
            </w:pPr>
          </w:p>
        </w:tc>
        <w:tc>
          <w:tcPr>
            <w:tcW w:w="6975" w:type="dxa"/>
          </w:tcPr>
          <w:p w14:paraId="3C8C84E0" w14:textId="77777777" w:rsidR="00A713B5" w:rsidRDefault="00A713B5" w:rsidP="00A713B5">
            <w:pPr>
              <w:jc w:val="right"/>
            </w:pPr>
          </w:p>
          <w:p w14:paraId="2042CDAF" w14:textId="77777777" w:rsidR="00A713B5" w:rsidRDefault="00A713B5" w:rsidP="00A713B5">
            <w:pPr>
              <w:jc w:val="right"/>
            </w:pPr>
          </w:p>
          <w:p w14:paraId="157ADE1A" w14:textId="75D24F8D" w:rsidR="00A713B5" w:rsidRDefault="00A713B5" w:rsidP="00A713B5">
            <w:pPr>
              <w:jc w:val="right"/>
            </w:pPr>
            <w:r>
              <w:t xml:space="preserve">Recommending Authority </w:t>
            </w:r>
          </w:p>
        </w:tc>
      </w:tr>
      <w:tr w:rsidR="00A713B5" w14:paraId="5A57D035" w14:textId="77777777" w:rsidTr="000816E1">
        <w:tblPrEx>
          <w:jc w:val="left"/>
        </w:tblPrEx>
        <w:trPr>
          <w:trHeight w:val="991"/>
        </w:trPr>
        <w:tc>
          <w:tcPr>
            <w:tcW w:w="505" w:type="dxa"/>
            <w:vMerge/>
          </w:tcPr>
          <w:p w14:paraId="27A78094" w14:textId="621E060D" w:rsidR="00A713B5" w:rsidRDefault="00A713B5" w:rsidP="00E72FDA">
            <w:pPr>
              <w:jc w:val="both"/>
            </w:pPr>
          </w:p>
        </w:tc>
        <w:tc>
          <w:tcPr>
            <w:tcW w:w="3856" w:type="dxa"/>
            <w:vMerge/>
          </w:tcPr>
          <w:p w14:paraId="14B9108F" w14:textId="77777777" w:rsidR="00A713B5" w:rsidRDefault="00A713B5" w:rsidP="00A713B5">
            <w:pPr>
              <w:jc w:val="right"/>
            </w:pPr>
          </w:p>
        </w:tc>
        <w:tc>
          <w:tcPr>
            <w:tcW w:w="6975" w:type="dxa"/>
          </w:tcPr>
          <w:p w14:paraId="604F9432" w14:textId="77777777" w:rsidR="00A713B5" w:rsidRDefault="00A713B5" w:rsidP="00A713B5">
            <w:pPr>
              <w:jc w:val="right"/>
            </w:pPr>
          </w:p>
          <w:p w14:paraId="433FCD04" w14:textId="77777777" w:rsidR="00A713B5" w:rsidRDefault="00A713B5" w:rsidP="00A713B5">
            <w:pPr>
              <w:jc w:val="right"/>
            </w:pPr>
          </w:p>
          <w:p w14:paraId="5F910ACA" w14:textId="67F52957" w:rsidR="00A713B5" w:rsidRDefault="00A713B5" w:rsidP="00A713B5">
            <w:pPr>
              <w:jc w:val="right"/>
            </w:pPr>
            <w:r>
              <w:t xml:space="preserve">Approving Authority </w:t>
            </w:r>
          </w:p>
        </w:tc>
      </w:tr>
    </w:tbl>
    <w:p w14:paraId="652164FD" w14:textId="77777777" w:rsidR="002F4458" w:rsidRDefault="002F4458"/>
    <w:sectPr w:rsidR="002F4458" w:rsidSect="00FC1C76">
      <w:pgSz w:w="11906" w:h="16838" w:code="9"/>
      <w:pgMar w:top="500" w:right="560" w:bottom="810" w:left="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3474498">
    <w:abstractNumId w:val="8"/>
  </w:num>
  <w:num w:numId="2" w16cid:durableId="1355764763">
    <w:abstractNumId w:val="6"/>
  </w:num>
  <w:num w:numId="3" w16cid:durableId="25645779">
    <w:abstractNumId w:val="5"/>
  </w:num>
  <w:num w:numId="4" w16cid:durableId="1276671663">
    <w:abstractNumId w:val="4"/>
  </w:num>
  <w:num w:numId="5" w16cid:durableId="841512618">
    <w:abstractNumId w:val="7"/>
  </w:num>
  <w:num w:numId="6" w16cid:durableId="1905994139">
    <w:abstractNumId w:val="3"/>
  </w:num>
  <w:num w:numId="7" w16cid:durableId="1409838816">
    <w:abstractNumId w:val="2"/>
  </w:num>
  <w:num w:numId="8" w16cid:durableId="35550656">
    <w:abstractNumId w:val="1"/>
  </w:num>
  <w:num w:numId="9" w16cid:durableId="211150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936"/>
    <w:rsid w:val="0006063C"/>
    <w:rsid w:val="00072756"/>
    <w:rsid w:val="000761B2"/>
    <w:rsid w:val="000816E1"/>
    <w:rsid w:val="000E6EF3"/>
    <w:rsid w:val="0015074B"/>
    <w:rsid w:val="00173C1E"/>
    <w:rsid w:val="001A32A0"/>
    <w:rsid w:val="00253E0D"/>
    <w:rsid w:val="002611DD"/>
    <w:rsid w:val="00281E62"/>
    <w:rsid w:val="0029639D"/>
    <w:rsid w:val="002C69B2"/>
    <w:rsid w:val="002E16DA"/>
    <w:rsid w:val="002F4458"/>
    <w:rsid w:val="00326F90"/>
    <w:rsid w:val="00407588"/>
    <w:rsid w:val="0045302E"/>
    <w:rsid w:val="0051779D"/>
    <w:rsid w:val="00567CB2"/>
    <w:rsid w:val="005A7153"/>
    <w:rsid w:val="00725E46"/>
    <w:rsid w:val="0075109D"/>
    <w:rsid w:val="007F1134"/>
    <w:rsid w:val="00856DA6"/>
    <w:rsid w:val="008C10EA"/>
    <w:rsid w:val="00955194"/>
    <w:rsid w:val="00A42901"/>
    <w:rsid w:val="00A713B5"/>
    <w:rsid w:val="00AA1D8D"/>
    <w:rsid w:val="00AE233A"/>
    <w:rsid w:val="00AE2EB1"/>
    <w:rsid w:val="00B3476E"/>
    <w:rsid w:val="00B47730"/>
    <w:rsid w:val="00CB0664"/>
    <w:rsid w:val="00E37188"/>
    <w:rsid w:val="00EA7BEF"/>
    <w:rsid w:val="00F01CEF"/>
    <w:rsid w:val="00FC1C76"/>
    <w:rsid w:val="00FC693F"/>
    <w:rsid w:val="00FD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92F9A6"/>
  <w14:defaultImageDpi w14:val="300"/>
  <w15:docId w15:val="{B5367AE5-4385-488B-ABAB-4E84A6CB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3B5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Raj Nagar</cp:lastModifiedBy>
  <cp:revision>5</cp:revision>
  <cp:lastPrinted>2026-08-07T10:38:00Z</cp:lastPrinted>
  <dcterms:created xsi:type="dcterms:W3CDTF">2026-08-03T06:03:00Z</dcterms:created>
  <dcterms:modified xsi:type="dcterms:W3CDTF">2026-08-07T10:38:00Z</dcterms:modified>
  <cp:category/>
</cp:coreProperties>
</file>